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0"/>
        </w:rPr>
        <w:t>Yearbook ladder template</w:t>
      </w:r>
    </w:p>
    <w:p>
      <w:r>
        <w:t>One row per page or spread. Change the sections to yours; the order mostly still works.</w:t>
      </w:r>
    </w:p>
    <w:p>
      <w:r>
        <w:t>Add page numbers once you know the length. Pages come in pairs, so the total is even.</w:t>
      </w:r>
    </w:p>
    <w:p>
      <w:r>
        <w:t>Put a name in the Owner column for every row. A section nobody owns is a section nobody is collecting photos for.</w:t>
      </w:r>
    </w:p>
    <w:p>
      <w:r>
        <w:t>Status: not started, photos in, laid out, proofed. Used this way, the ladder is your tracker for the whole year.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57"/>
        <w:gridCol w:w="2057"/>
        <w:gridCol w:w="2057"/>
        <w:gridCol w:w="2057"/>
        <w:gridCol w:w="2057"/>
        <w:gridCol w:w="2057"/>
        <w:gridCol w:w="2057"/>
      </w:tblGrid>
      <w:tr>
        <w:tc>
          <w:tcPr>
            <w:tcW w:type="dxa" w:w="864"/>
            <w:shd w:val="clear" w:color="auto" w:fill="5B4EE8"/>
          </w:tcPr>
          <w:p>
            <w:r/>
            <w:r>
              <w:rPr>
                <w:b/>
                <w:color w:val="FFFFFF"/>
              </w:rPr>
              <w:t>Page(s)</w:t>
            </w:r>
          </w:p>
        </w:tc>
        <w:tc>
          <w:tcPr>
            <w:tcW w:type="dxa" w:w="648"/>
            <w:shd w:val="clear" w:color="auto" w:fill="5B4EE8"/>
          </w:tcPr>
          <w:p>
            <w:r/>
            <w:r>
              <w:rPr>
                <w:b/>
                <w:color w:val="FFFFFF"/>
              </w:rPr>
              <w:t>L / R</w:t>
            </w:r>
          </w:p>
        </w:tc>
        <w:tc>
          <w:tcPr>
            <w:tcW w:type="dxa" w:w="2232"/>
            <w:shd w:val="clear" w:color="auto" w:fill="5B4EE8"/>
          </w:tcPr>
          <w:p>
            <w:r/>
            <w:r>
              <w:rPr>
                <w:b/>
                <w:color w:val="FFFFFF"/>
              </w:rPr>
              <w:t>Section</w:t>
            </w:r>
          </w:p>
        </w:tc>
        <w:tc>
          <w:tcPr>
            <w:tcW w:type="dxa" w:w="4464"/>
            <w:shd w:val="clear" w:color="auto" w:fill="5B4EE8"/>
          </w:tcPr>
          <w:p>
            <w:r/>
            <w:r>
              <w:rPr>
                <w:b/>
                <w:color w:val="FFFFFF"/>
              </w:rPr>
              <w:t>What goes on it</w:t>
            </w:r>
          </w:p>
        </w:tc>
        <w:tc>
          <w:tcPr>
            <w:tcW w:type="dxa" w:w="2232"/>
            <w:shd w:val="clear" w:color="auto" w:fill="5B4EE8"/>
          </w:tcPr>
          <w:p>
            <w:r/>
            <w:r>
              <w:rPr>
                <w:b/>
                <w:color w:val="FFFFFF"/>
              </w:rPr>
              <w:t>Photos come from</w:t>
            </w:r>
          </w:p>
        </w:tc>
        <w:tc>
          <w:tcPr>
            <w:tcW w:type="dxa" w:w="1728"/>
            <w:shd w:val="clear" w:color="auto" w:fill="5B4EE8"/>
          </w:tcPr>
          <w:p>
            <w:r/>
            <w:r>
              <w:rPr>
                <w:b/>
                <w:color w:val="FFFFFF"/>
              </w:rPr>
              <w:t>Owner (a name)</w:t>
            </w:r>
          </w:p>
        </w:tc>
        <w:tc>
          <w:tcPr>
            <w:tcW w:type="dxa" w:w="1440"/>
            <w:shd w:val="clear" w:color="auto" w:fill="5B4EE8"/>
          </w:tcPr>
          <w:p>
            <w:r/>
            <w:r>
              <w:rPr>
                <w:b/>
                <w:color w:val="FFFFFF"/>
              </w:rPr>
              <w:t>Status</w:t>
            </w:r>
          </w:p>
        </w:tc>
      </w:tr>
      <w:tr>
        <w:tc>
          <w:tcPr>
            <w:tcW w:type="dxa" w:w="864"/>
          </w:tcPr>
          <w:p/>
        </w:tc>
        <w:tc>
          <w:tcPr>
            <w:tcW w:type="dxa" w:w="648"/>
          </w:tcPr>
          <w:p/>
        </w:tc>
        <w:tc>
          <w:tcPr>
            <w:tcW w:type="dxa" w:w="2232"/>
          </w:tcPr>
          <w:p>
            <w:r/>
            <w:r>
              <w:rPr>
                <w:b/>
              </w:rPr>
              <w:t>Title page</w:t>
            </w:r>
          </w:p>
        </w:tc>
        <w:tc>
          <w:tcPr>
            <w:tcW w:type="dxa" w:w="4464"/>
          </w:tcPr>
          <w:p>
            <w:r>
              <w:t>School name, year, mascot, one strong whole-school photo</w:t>
            </w:r>
          </w:p>
        </w:tc>
        <w:tc>
          <w:tcPr>
            <w:tcW w:type="dxa" w:w="2232"/>
          </w:tcPr>
          <w:p>
            <w:r>
              <w:t>Coordinator</w:t>
            </w:r>
          </w:p>
        </w:tc>
        <w:tc>
          <w:tcPr>
            <w:tcW w:type="dxa" w:w="1728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864"/>
          </w:tcPr>
          <w:p/>
        </w:tc>
        <w:tc>
          <w:tcPr>
            <w:tcW w:type="dxa" w:w="648"/>
          </w:tcPr>
          <w:p/>
        </w:tc>
        <w:tc>
          <w:tcPr>
            <w:tcW w:type="dxa" w:w="2232"/>
          </w:tcPr>
          <w:p>
            <w:r/>
            <w:r>
              <w:rPr>
                <w:b/>
              </w:rPr>
              <w:t>Welcome</w:t>
            </w:r>
          </w:p>
        </w:tc>
        <w:tc>
          <w:tcPr>
            <w:tcW w:type="dxa" w:w="4464"/>
          </w:tcPr>
          <w:p>
            <w:r>
              <w:t>Principal’s letter, a note from the PTA, the year in one paragraph</w:t>
            </w:r>
          </w:p>
        </w:tc>
        <w:tc>
          <w:tcPr>
            <w:tcW w:type="dxa" w:w="2232"/>
          </w:tcPr>
          <w:p>
            <w:r>
              <w:t>Office</w:t>
            </w:r>
          </w:p>
        </w:tc>
        <w:tc>
          <w:tcPr>
            <w:tcW w:type="dxa" w:w="1728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864"/>
          </w:tcPr>
          <w:p/>
        </w:tc>
        <w:tc>
          <w:tcPr>
            <w:tcW w:type="dxa" w:w="648"/>
          </w:tcPr>
          <w:p/>
        </w:tc>
        <w:tc>
          <w:tcPr>
            <w:tcW w:type="dxa" w:w="2232"/>
          </w:tcPr>
          <w:p>
            <w:r/>
            <w:r>
              <w:rPr>
                <w:b/>
              </w:rPr>
              <w:t>Staff</w:t>
            </w:r>
          </w:p>
        </w:tc>
        <w:tc>
          <w:tcPr>
            <w:tcW w:type="dxa" w:w="4464"/>
          </w:tcPr>
          <w:p>
            <w:r>
              <w:t>Teachers by grade, specialists, office, aides, custodial, crossing guards</w:t>
            </w:r>
          </w:p>
        </w:tc>
        <w:tc>
          <w:tcPr>
            <w:tcW w:type="dxa" w:w="2232"/>
          </w:tcPr>
          <w:p>
            <w:r>
              <w:t>Office + picture day</w:t>
            </w:r>
          </w:p>
        </w:tc>
        <w:tc>
          <w:tcPr>
            <w:tcW w:type="dxa" w:w="1728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864"/>
          </w:tcPr>
          <w:p/>
        </w:tc>
        <w:tc>
          <w:tcPr>
            <w:tcW w:type="dxa" w:w="648"/>
          </w:tcPr>
          <w:p/>
        </w:tc>
        <w:tc>
          <w:tcPr>
            <w:tcW w:type="dxa" w:w="2232"/>
          </w:tcPr>
          <w:p>
            <w:r/>
            <w:r>
              <w:rPr>
                <w:b/>
              </w:rPr>
              <w:t>Class pages</w:t>
            </w:r>
          </w:p>
        </w:tc>
        <w:tc>
          <w:tcPr>
            <w:tcW w:type="dxa" w:w="4464"/>
          </w:tcPr>
          <w:p>
            <w:r>
              <w:t>One per class, grouped by grade, with portrait panels and candids</w:t>
            </w:r>
          </w:p>
        </w:tc>
        <w:tc>
          <w:tcPr>
            <w:tcW w:type="dxa" w:w="2232"/>
          </w:tcPr>
          <w:p>
            <w:r>
              <w:t>Teachers, room parents</w:t>
            </w:r>
          </w:p>
        </w:tc>
        <w:tc>
          <w:tcPr>
            <w:tcW w:type="dxa" w:w="1728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864"/>
          </w:tcPr>
          <w:p/>
        </w:tc>
        <w:tc>
          <w:tcPr>
            <w:tcW w:type="dxa" w:w="648"/>
          </w:tcPr>
          <w:p/>
        </w:tc>
        <w:tc>
          <w:tcPr>
            <w:tcW w:type="dxa" w:w="2232"/>
          </w:tcPr>
          <w:p>
            <w:r/>
            <w:r>
              <w:rPr>
                <w:b/>
              </w:rPr>
              <w:t>5th grade</w:t>
            </w:r>
          </w:p>
        </w:tc>
        <w:tc>
          <w:tcPr>
            <w:tcW w:type="dxa" w:w="4464"/>
          </w:tcPr>
          <w:p>
            <w:r>
              <w:t>Class pages plus panels, candids, baby photos, promotion ceremony</w:t>
            </w:r>
          </w:p>
        </w:tc>
        <w:tc>
          <w:tcPr>
            <w:tcW w:type="dxa" w:w="2232"/>
          </w:tcPr>
          <w:p>
            <w:r>
              <w:t>5th grade committee</w:t>
            </w:r>
          </w:p>
        </w:tc>
        <w:tc>
          <w:tcPr>
            <w:tcW w:type="dxa" w:w="1728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864"/>
          </w:tcPr>
          <w:p/>
        </w:tc>
        <w:tc>
          <w:tcPr>
            <w:tcW w:type="dxa" w:w="648"/>
          </w:tcPr>
          <w:p/>
        </w:tc>
        <w:tc>
          <w:tcPr>
            <w:tcW w:type="dxa" w:w="2232"/>
          </w:tcPr>
          <w:p>
            <w:r/>
            <w:r>
              <w:rPr>
                <w:b/>
              </w:rPr>
              <w:t>Field day</w:t>
            </w:r>
          </w:p>
        </w:tc>
        <w:tc>
          <w:tcPr>
            <w:tcW w:type="dxa" w:w="4464"/>
          </w:tcPr>
          <w:p>
            <w:r>
              <w:t>Full spread: the highest photo yield of the year</w:t>
            </w:r>
          </w:p>
        </w:tc>
        <w:tc>
          <w:tcPr>
            <w:tcW w:type="dxa" w:w="2232"/>
          </w:tcPr>
          <w:p>
            <w:r>
              <w:t>PE teacher, parent volunteers</w:t>
            </w:r>
          </w:p>
        </w:tc>
        <w:tc>
          <w:tcPr>
            <w:tcW w:type="dxa" w:w="1728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864"/>
          </w:tcPr>
          <w:p/>
        </w:tc>
        <w:tc>
          <w:tcPr>
            <w:tcW w:type="dxa" w:w="648"/>
          </w:tcPr>
          <w:p/>
        </w:tc>
        <w:tc>
          <w:tcPr>
            <w:tcW w:type="dxa" w:w="2232"/>
          </w:tcPr>
          <w:p>
            <w:r/>
            <w:r>
              <w:rPr>
                <w:b/>
              </w:rPr>
              <w:t>Fall festival</w:t>
            </w:r>
          </w:p>
        </w:tc>
        <w:tc>
          <w:tcPr>
            <w:tcW w:type="dxa" w:w="4464"/>
          </w:tcPr>
          <w:p>
            <w:r>
              <w:t>Costumes, booths, the cake walk</w:t>
            </w:r>
          </w:p>
        </w:tc>
        <w:tc>
          <w:tcPr>
            <w:tcW w:type="dxa" w:w="2232"/>
          </w:tcPr>
          <w:p>
            <w:r>
              <w:t>PTA events lead</w:t>
            </w:r>
          </w:p>
        </w:tc>
        <w:tc>
          <w:tcPr>
            <w:tcW w:type="dxa" w:w="1728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864"/>
          </w:tcPr>
          <w:p/>
        </w:tc>
        <w:tc>
          <w:tcPr>
            <w:tcW w:type="dxa" w:w="648"/>
          </w:tcPr>
          <w:p/>
        </w:tc>
        <w:tc>
          <w:tcPr>
            <w:tcW w:type="dxa" w:w="2232"/>
          </w:tcPr>
          <w:p>
            <w:r/>
            <w:r>
              <w:rPr>
                <w:b/>
              </w:rPr>
              <w:t>Science fair</w:t>
            </w:r>
          </w:p>
        </w:tc>
        <w:tc>
          <w:tcPr>
            <w:tcW w:type="dxa" w:w="4464"/>
          </w:tcPr>
          <w:p>
            <w:r>
              <w:t>Boards, presenters, judging</w:t>
            </w:r>
          </w:p>
        </w:tc>
        <w:tc>
          <w:tcPr>
            <w:tcW w:type="dxa" w:w="2232"/>
          </w:tcPr>
          <w:p>
            <w:r>
              <w:t>Science fair chair</w:t>
            </w:r>
          </w:p>
        </w:tc>
        <w:tc>
          <w:tcPr>
            <w:tcW w:type="dxa" w:w="1728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864"/>
          </w:tcPr>
          <w:p/>
        </w:tc>
        <w:tc>
          <w:tcPr>
            <w:tcW w:type="dxa" w:w="648"/>
          </w:tcPr>
          <w:p/>
        </w:tc>
        <w:tc>
          <w:tcPr>
            <w:tcW w:type="dxa" w:w="2232"/>
          </w:tcPr>
          <w:p>
            <w:r/>
            <w:r>
              <w:rPr>
                <w:b/>
              </w:rPr>
              <w:t>Winter performance</w:t>
            </w:r>
          </w:p>
        </w:tc>
        <w:tc>
          <w:tcPr>
            <w:tcW w:type="dxa" w:w="4464"/>
          </w:tcPr>
          <w:p>
            <w:r>
              <w:t>Stage shots plus backstage candids</w:t>
            </w:r>
          </w:p>
        </w:tc>
        <w:tc>
          <w:tcPr>
            <w:tcW w:type="dxa" w:w="2232"/>
          </w:tcPr>
          <w:p>
            <w:r>
              <w:t>Music teacher</w:t>
            </w:r>
          </w:p>
        </w:tc>
        <w:tc>
          <w:tcPr>
            <w:tcW w:type="dxa" w:w="1728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864"/>
          </w:tcPr>
          <w:p/>
        </w:tc>
        <w:tc>
          <w:tcPr>
            <w:tcW w:type="dxa" w:w="648"/>
          </w:tcPr>
          <w:p/>
        </w:tc>
        <w:tc>
          <w:tcPr>
            <w:tcW w:type="dxa" w:w="2232"/>
          </w:tcPr>
          <w:p>
            <w:r/>
            <w:r>
              <w:rPr>
                <w:b/>
              </w:rPr>
              <w:t>Field trips</w:t>
            </w:r>
          </w:p>
        </w:tc>
        <w:tc>
          <w:tcPr>
            <w:tcW w:type="dxa" w:w="4464"/>
          </w:tcPr>
          <w:p>
            <w:r>
              <w:t>One panel per grade’s trip</w:t>
            </w:r>
          </w:p>
        </w:tc>
        <w:tc>
          <w:tcPr>
            <w:tcW w:type="dxa" w:w="2232"/>
          </w:tcPr>
          <w:p>
            <w:r>
              <w:t>Chaperone parents</w:t>
            </w:r>
          </w:p>
        </w:tc>
        <w:tc>
          <w:tcPr>
            <w:tcW w:type="dxa" w:w="1728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864"/>
          </w:tcPr>
          <w:p/>
        </w:tc>
        <w:tc>
          <w:tcPr>
            <w:tcW w:type="dxa" w:w="648"/>
          </w:tcPr>
          <w:p/>
        </w:tc>
        <w:tc>
          <w:tcPr>
            <w:tcW w:type="dxa" w:w="2232"/>
          </w:tcPr>
          <w:p>
            <w:r/>
            <w:r>
              <w:rPr>
                <w:b/>
              </w:rPr>
              <w:t>Spirit days</w:t>
            </w:r>
          </w:p>
        </w:tc>
        <w:tc>
          <w:tcPr>
            <w:tcW w:type="dxa" w:w="4464"/>
          </w:tcPr>
          <w:p>
            <w:r>
              <w:t>Crazy hair, pajama day, decades day</w:t>
            </w:r>
          </w:p>
        </w:tc>
        <w:tc>
          <w:tcPr>
            <w:tcW w:type="dxa" w:w="2232"/>
          </w:tcPr>
          <w:p>
            <w:r>
              <w:t>Room parents</w:t>
            </w:r>
          </w:p>
        </w:tc>
        <w:tc>
          <w:tcPr>
            <w:tcW w:type="dxa" w:w="1728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864"/>
          </w:tcPr>
          <w:p/>
        </w:tc>
        <w:tc>
          <w:tcPr>
            <w:tcW w:type="dxa" w:w="648"/>
          </w:tcPr>
          <w:p/>
        </w:tc>
        <w:tc>
          <w:tcPr>
            <w:tcW w:type="dxa" w:w="2232"/>
          </w:tcPr>
          <w:p>
            <w:r/>
            <w:r>
              <w:rPr>
                <w:b/>
              </w:rPr>
              <w:t>Clubs</w:t>
            </w:r>
          </w:p>
        </w:tc>
        <w:tc>
          <w:tcPr>
            <w:tcW w:type="dxa" w:w="4464"/>
          </w:tcPr>
          <w:p>
            <w:r>
              <w:t>Garden, chess, choir, student council</w:t>
            </w:r>
          </w:p>
        </w:tc>
        <w:tc>
          <w:tcPr>
            <w:tcW w:type="dxa" w:w="2232"/>
          </w:tcPr>
          <w:p>
            <w:r>
              <w:t>Club leads</w:t>
            </w:r>
          </w:p>
        </w:tc>
        <w:tc>
          <w:tcPr>
            <w:tcW w:type="dxa" w:w="1728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864"/>
          </w:tcPr>
          <w:p/>
        </w:tc>
        <w:tc>
          <w:tcPr>
            <w:tcW w:type="dxa" w:w="648"/>
          </w:tcPr>
          <w:p/>
        </w:tc>
        <w:tc>
          <w:tcPr>
            <w:tcW w:type="dxa" w:w="2232"/>
          </w:tcPr>
          <w:p>
            <w:r/>
            <w:r>
              <w:rPr>
                <w:b/>
              </w:rPr>
              <w:t>Specials</w:t>
            </w:r>
          </w:p>
        </w:tc>
        <w:tc>
          <w:tcPr>
            <w:tcW w:type="dxa" w:w="4464"/>
          </w:tcPr>
          <w:p>
            <w:r>
              <w:t>Art, music, library, PE, technology</w:t>
            </w:r>
          </w:p>
        </w:tc>
        <w:tc>
          <w:tcPr>
            <w:tcW w:type="dxa" w:w="2232"/>
          </w:tcPr>
          <w:p>
            <w:r>
              <w:t>Specialist teachers</w:t>
            </w:r>
          </w:p>
        </w:tc>
        <w:tc>
          <w:tcPr>
            <w:tcW w:type="dxa" w:w="1728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864"/>
          </w:tcPr>
          <w:p/>
        </w:tc>
        <w:tc>
          <w:tcPr>
            <w:tcW w:type="dxa" w:w="648"/>
          </w:tcPr>
          <w:p/>
        </w:tc>
        <w:tc>
          <w:tcPr>
            <w:tcW w:type="dxa" w:w="2232"/>
          </w:tcPr>
          <w:p>
            <w:r/>
            <w:r>
              <w:rPr>
                <w:b/>
              </w:rPr>
              <w:t>Book fair &amp; read-a-thon</w:t>
            </w:r>
          </w:p>
        </w:tc>
        <w:tc>
          <w:tcPr>
            <w:tcW w:type="dxa" w:w="4464"/>
          </w:tcPr>
          <w:p>
            <w:r>
              <w:t>Reading buddies, the fair, the totals</w:t>
            </w:r>
          </w:p>
        </w:tc>
        <w:tc>
          <w:tcPr>
            <w:tcW w:type="dxa" w:w="2232"/>
          </w:tcPr>
          <w:p>
            <w:r>
              <w:t>Library volunteer</w:t>
            </w:r>
          </w:p>
        </w:tc>
        <w:tc>
          <w:tcPr>
            <w:tcW w:type="dxa" w:w="1728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864"/>
          </w:tcPr>
          <w:p/>
        </w:tc>
        <w:tc>
          <w:tcPr>
            <w:tcW w:type="dxa" w:w="648"/>
          </w:tcPr>
          <w:p/>
        </w:tc>
        <w:tc>
          <w:tcPr>
            <w:tcW w:type="dxa" w:w="2232"/>
          </w:tcPr>
          <w:p>
            <w:r/>
            <w:r>
              <w:rPr>
                <w:b/>
              </w:rPr>
              <w:t>Personalized pages (if your book has them)</w:t>
            </w:r>
          </w:p>
        </w:tc>
        <w:tc>
          <w:tcPr>
            <w:tcW w:type="dxa" w:w="4464"/>
          </w:tcPr>
          <w:p>
            <w:r>
              <w:t>Each child’s own pages, built per book</w:t>
            </w:r>
          </w:p>
        </w:tc>
        <w:tc>
          <w:tcPr>
            <w:tcW w:type="dxa" w:w="2232"/>
          </w:tcPr>
          <w:p>
            <w:r>
              <w:t>Built from the shared photos</w:t>
            </w:r>
          </w:p>
        </w:tc>
        <w:tc>
          <w:tcPr>
            <w:tcW w:type="dxa" w:w="1728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864"/>
          </w:tcPr>
          <w:p/>
        </w:tc>
        <w:tc>
          <w:tcPr>
            <w:tcW w:type="dxa" w:w="648"/>
          </w:tcPr>
          <w:p/>
        </w:tc>
        <w:tc>
          <w:tcPr>
            <w:tcW w:type="dxa" w:w="2232"/>
          </w:tcPr>
          <w:p>
            <w:r/>
            <w:r>
              <w:rPr>
                <w:b/>
              </w:rPr>
              <w:t>Dedications</w:t>
            </w:r>
          </w:p>
        </w:tc>
        <w:tc>
          <w:tcPr>
            <w:tcW w:type="dxa" w:w="4464"/>
          </w:tcPr>
          <w:p>
            <w:r>
              <w:t>Retiring staff, thank-yous, sponsor logos</w:t>
            </w:r>
          </w:p>
        </w:tc>
        <w:tc>
          <w:tcPr>
            <w:tcW w:type="dxa" w:w="2232"/>
          </w:tcPr>
          <w:p>
            <w:r>
              <w:t>Coordinator</w:t>
            </w:r>
          </w:p>
        </w:tc>
        <w:tc>
          <w:tcPr>
            <w:tcW w:type="dxa" w:w="1728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864"/>
          </w:tcPr>
          <w:p/>
        </w:tc>
        <w:tc>
          <w:tcPr>
            <w:tcW w:type="dxa" w:w="648"/>
          </w:tcPr>
          <w:p/>
        </w:tc>
        <w:tc>
          <w:tcPr>
            <w:tcW w:type="dxa" w:w="2232"/>
          </w:tcPr>
          <w:p>
            <w:r/>
            <w:r>
              <w:rPr>
                <w:b/>
              </w:rPr>
              <w:t>Autographs</w:t>
            </w:r>
          </w:p>
        </w:tc>
        <w:tc>
          <w:tcPr>
            <w:tcW w:type="dxa" w:w="4464"/>
          </w:tcPr>
          <w:p>
            <w:r>
              <w:t>Signature space, and your slack if the length needs adjusting</w:t>
            </w:r>
          </w:p>
        </w:tc>
        <w:tc>
          <w:tcPr>
            <w:tcW w:type="dxa" w:w="2232"/>
          </w:tcPr>
          <w:p>
            <w:r/>
          </w:p>
        </w:tc>
        <w:tc>
          <w:tcPr>
            <w:tcW w:type="dxa" w:w="1728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864"/>
          </w:tcPr>
          <w:p/>
        </w:tc>
        <w:tc>
          <w:tcPr>
            <w:tcW w:type="dxa" w:w="648"/>
          </w:tcPr>
          <w:p/>
        </w:tc>
        <w:tc>
          <w:tcPr>
            <w:tcW w:type="dxa" w:w="2232"/>
          </w:tcPr>
          <w:p>
            <w:r/>
            <w:r>
              <w:rPr>
                <w:b/>
              </w:rPr>
              <w:t>Back matter</w:t>
            </w:r>
          </w:p>
        </w:tc>
        <w:tc>
          <w:tcPr>
            <w:tcW w:type="dxa" w:w="4464"/>
          </w:tcPr>
          <w:p>
            <w:r>
              <w:t>Colophon, credits, who made the book</w:t>
            </w:r>
          </w:p>
        </w:tc>
        <w:tc>
          <w:tcPr>
            <w:tcW w:type="dxa" w:w="2232"/>
          </w:tcPr>
          <w:p>
            <w:r>
              <w:t>Coordinator</w:t>
            </w:r>
          </w:p>
        </w:tc>
        <w:tc>
          <w:tcPr>
            <w:tcW w:type="dxa" w:w="1728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864"/>
          </w:tcPr>
          <w:p/>
        </w:tc>
        <w:tc>
          <w:tcPr>
            <w:tcW w:type="dxa" w:w="648"/>
          </w:tcPr>
          <w:p/>
        </w:tc>
        <w:tc>
          <w:tcPr>
            <w:tcW w:type="dxa" w:w="2232"/>
          </w:tcPr>
          <w:p/>
        </w:tc>
        <w:tc>
          <w:tcPr>
            <w:tcW w:type="dxa" w:w="4464"/>
          </w:tcPr>
          <w:p/>
        </w:tc>
        <w:tc>
          <w:tcPr>
            <w:tcW w:type="dxa" w:w="2232"/>
          </w:tcPr>
          <w:p/>
        </w:tc>
        <w:tc>
          <w:tcPr>
            <w:tcW w:type="dxa" w:w="1728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864"/>
          </w:tcPr>
          <w:p/>
        </w:tc>
        <w:tc>
          <w:tcPr>
            <w:tcW w:type="dxa" w:w="648"/>
          </w:tcPr>
          <w:p/>
        </w:tc>
        <w:tc>
          <w:tcPr>
            <w:tcW w:type="dxa" w:w="2232"/>
          </w:tcPr>
          <w:p/>
        </w:tc>
        <w:tc>
          <w:tcPr>
            <w:tcW w:type="dxa" w:w="4464"/>
          </w:tcPr>
          <w:p/>
        </w:tc>
        <w:tc>
          <w:tcPr>
            <w:tcW w:type="dxa" w:w="2232"/>
          </w:tcPr>
          <w:p/>
        </w:tc>
        <w:tc>
          <w:tcPr>
            <w:tcW w:type="dxa" w:w="1728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864"/>
          </w:tcPr>
          <w:p/>
        </w:tc>
        <w:tc>
          <w:tcPr>
            <w:tcW w:type="dxa" w:w="648"/>
          </w:tcPr>
          <w:p/>
        </w:tc>
        <w:tc>
          <w:tcPr>
            <w:tcW w:type="dxa" w:w="2232"/>
          </w:tcPr>
          <w:p/>
        </w:tc>
        <w:tc>
          <w:tcPr>
            <w:tcW w:type="dxa" w:w="4464"/>
          </w:tcPr>
          <w:p/>
        </w:tc>
        <w:tc>
          <w:tcPr>
            <w:tcW w:type="dxa" w:w="2232"/>
          </w:tcPr>
          <w:p/>
        </w:tc>
        <w:tc>
          <w:tcPr>
            <w:tcW w:type="dxa" w:w="1728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864"/>
          </w:tcPr>
          <w:p/>
        </w:tc>
        <w:tc>
          <w:tcPr>
            <w:tcW w:type="dxa" w:w="648"/>
          </w:tcPr>
          <w:p/>
        </w:tc>
        <w:tc>
          <w:tcPr>
            <w:tcW w:type="dxa" w:w="2232"/>
          </w:tcPr>
          <w:p/>
        </w:tc>
        <w:tc>
          <w:tcPr>
            <w:tcW w:type="dxa" w:w="4464"/>
          </w:tcPr>
          <w:p/>
        </w:tc>
        <w:tc>
          <w:tcPr>
            <w:tcW w:type="dxa" w:w="2232"/>
          </w:tcPr>
          <w:p/>
        </w:tc>
        <w:tc>
          <w:tcPr>
            <w:tcW w:type="dxa" w:w="1728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864"/>
          </w:tcPr>
          <w:p/>
        </w:tc>
        <w:tc>
          <w:tcPr>
            <w:tcW w:type="dxa" w:w="648"/>
          </w:tcPr>
          <w:p/>
        </w:tc>
        <w:tc>
          <w:tcPr>
            <w:tcW w:type="dxa" w:w="2232"/>
          </w:tcPr>
          <w:p/>
        </w:tc>
        <w:tc>
          <w:tcPr>
            <w:tcW w:type="dxa" w:w="4464"/>
          </w:tcPr>
          <w:p/>
        </w:tc>
        <w:tc>
          <w:tcPr>
            <w:tcW w:type="dxa" w:w="2232"/>
          </w:tcPr>
          <w:p/>
        </w:tc>
        <w:tc>
          <w:tcPr>
            <w:tcW w:type="dxa" w:w="1728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864"/>
          </w:tcPr>
          <w:p/>
        </w:tc>
        <w:tc>
          <w:tcPr>
            <w:tcW w:type="dxa" w:w="648"/>
          </w:tcPr>
          <w:p/>
        </w:tc>
        <w:tc>
          <w:tcPr>
            <w:tcW w:type="dxa" w:w="2232"/>
          </w:tcPr>
          <w:p/>
        </w:tc>
        <w:tc>
          <w:tcPr>
            <w:tcW w:type="dxa" w:w="4464"/>
          </w:tcPr>
          <w:p/>
        </w:tc>
        <w:tc>
          <w:tcPr>
            <w:tcW w:type="dxa" w:w="2232"/>
          </w:tcPr>
          <w:p/>
        </w:tc>
        <w:tc>
          <w:tcPr>
            <w:tcW w:type="dxa" w:w="1728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864"/>
          </w:tcPr>
          <w:p/>
        </w:tc>
        <w:tc>
          <w:tcPr>
            <w:tcW w:type="dxa" w:w="648"/>
          </w:tcPr>
          <w:p/>
        </w:tc>
        <w:tc>
          <w:tcPr>
            <w:tcW w:type="dxa" w:w="2232"/>
          </w:tcPr>
          <w:p/>
        </w:tc>
        <w:tc>
          <w:tcPr>
            <w:tcW w:type="dxa" w:w="4464"/>
          </w:tcPr>
          <w:p/>
        </w:tc>
        <w:tc>
          <w:tcPr>
            <w:tcW w:type="dxa" w:w="2232"/>
          </w:tcPr>
          <w:p/>
        </w:tc>
        <w:tc>
          <w:tcPr>
            <w:tcW w:type="dxa" w:w="1728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864"/>
          </w:tcPr>
          <w:p/>
        </w:tc>
        <w:tc>
          <w:tcPr>
            <w:tcW w:type="dxa" w:w="648"/>
          </w:tcPr>
          <w:p/>
        </w:tc>
        <w:tc>
          <w:tcPr>
            <w:tcW w:type="dxa" w:w="2232"/>
          </w:tcPr>
          <w:p/>
        </w:tc>
        <w:tc>
          <w:tcPr>
            <w:tcW w:type="dxa" w:w="4464"/>
          </w:tcPr>
          <w:p/>
        </w:tc>
        <w:tc>
          <w:tcPr>
            <w:tcW w:type="dxa" w:w="2232"/>
          </w:tcPr>
          <w:p/>
        </w:tc>
        <w:tc>
          <w:tcPr>
            <w:tcW w:type="dxa" w:w="1728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864"/>
          </w:tcPr>
          <w:p/>
        </w:tc>
        <w:tc>
          <w:tcPr>
            <w:tcW w:type="dxa" w:w="648"/>
          </w:tcPr>
          <w:p/>
        </w:tc>
        <w:tc>
          <w:tcPr>
            <w:tcW w:type="dxa" w:w="2232"/>
          </w:tcPr>
          <w:p/>
        </w:tc>
        <w:tc>
          <w:tcPr>
            <w:tcW w:type="dxa" w:w="4464"/>
          </w:tcPr>
          <w:p/>
        </w:tc>
        <w:tc>
          <w:tcPr>
            <w:tcW w:type="dxa" w:w="2232"/>
          </w:tcPr>
          <w:p/>
        </w:tc>
        <w:tc>
          <w:tcPr>
            <w:tcW w:type="dxa" w:w="1728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864"/>
          </w:tcPr>
          <w:p/>
        </w:tc>
        <w:tc>
          <w:tcPr>
            <w:tcW w:type="dxa" w:w="648"/>
          </w:tcPr>
          <w:p/>
        </w:tc>
        <w:tc>
          <w:tcPr>
            <w:tcW w:type="dxa" w:w="2232"/>
          </w:tcPr>
          <w:p/>
        </w:tc>
        <w:tc>
          <w:tcPr>
            <w:tcW w:type="dxa" w:w="4464"/>
          </w:tcPr>
          <w:p/>
        </w:tc>
        <w:tc>
          <w:tcPr>
            <w:tcW w:type="dxa" w:w="2232"/>
          </w:tcPr>
          <w:p/>
        </w:tc>
        <w:tc>
          <w:tcPr>
            <w:tcW w:type="dxa" w:w="1728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864"/>
          </w:tcPr>
          <w:p/>
        </w:tc>
        <w:tc>
          <w:tcPr>
            <w:tcW w:type="dxa" w:w="648"/>
          </w:tcPr>
          <w:p/>
        </w:tc>
        <w:tc>
          <w:tcPr>
            <w:tcW w:type="dxa" w:w="2232"/>
          </w:tcPr>
          <w:p/>
        </w:tc>
        <w:tc>
          <w:tcPr>
            <w:tcW w:type="dxa" w:w="4464"/>
          </w:tcPr>
          <w:p/>
        </w:tc>
        <w:tc>
          <w:tcPr>
            <w:tcW w:type="dxa" w:w="2232"/>
          </w:tcPr>
          <w:p/>
        </w:tc>
        <w:tc>
          <w:tcPr>
            <w:tcW w:type="dxa" w:w="1728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864"/>
          </w:tcPr>
          <w:p/>
        </w:tc>
        <w:tc>
          <w:tcPr>
            <w:tcW w:type="dxa" w:w="648"/>
          </w:tcPr>
          <w:p/>
        </w:tc>
        <w:tc>
          <w:tcPr>
            <w:tcW w:type="dxa" w:w="2232"/>
          </w:tcPr>
          <w:p/>
        </w:tc>
        <w:tc>
          <w:tcPr>
            <w:tcW w:type="dxa" w:w="4464"/>
          </w:tcPr>
          <w:p/>
        </w:tc>
        <w:tc>
          <w:tcPr>
            <w:tcW w:type="dxa" w:w="2232"/>
          </w:tcPr>
          <w:p/>
        </w:tc>
        <w:tc>
          <w:tcPr>
            <w:tcW w:type="dxa" w:w="1728"/>
          </w:tcPr>
          <w:p/>
        </w:tc>
        <w:tc>
          <w:tcPr>
            <w:tcW w:type="dxa" w:w="1440"/>
          </w:tcPr>
          <w:p/>
        </w:tc>
      </w:tr>
    </w:tbl>
    <w:p/>
    <w:p>
      <w:r>
        <w:t>A ladder changes all year. What should not change after your photo seal date is the page count, because your quote and your printer are working from it.</w:t>
      </w:r>
    </w:p>
    <w:sectPr w:rsidR="00FC693F" w:rsidRPr="0006063C" w:rsidSect="00034616">
      <w:footerReference w:type="default" r:id="rId9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Rethink Yearbooks  |  rethinkyearbooks.com  |  Free to copy and share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Yearbook ladder template</dc:title>
  <dc:subject/>
  <dc:creator>Rethink Yearbooks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