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sz w:val="44"/>
        </w:rPr>
        <w:t>Yearbook handover template</w:t>
      </w:r>
    </w:p>
    <w:p>
      <w:r>
        <w:t>Fill in each row, then share the link or file with the new chair and the PTA president. Hand over access, not passwords.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520"/>
        <w:gridCol w:w="2520"/>
        <w:gridCol w:w="2520"/>
        <w:gridCol w:w="2520"/>
      </w:tblGrid>
      <w:tr>
        <w:tc>
          <w:tcPr>
            <w:tcW w:type="dxa" w:w="3312"/>
            <w:shd w:val="clear" w:color="auto" w:fill="5B4EE8"/>
          </w:tcPr>
          <w:p>
            <w:r/>
            <w:r>
              <w:rPr>
                <w:b/>
                <w:color w:val="FFFFFF"/>
              </w:rPr>
              <w:t>Item</w:t>
            </w:r>
          </w:p>
        </w:tc>
        <w:tc>
          <w:tcPr>
            <w:tcW w:type="dxa" w:w="2736"/>
            <w:shd w:val="clear" w:color="auto" w:fill="5B4EE8"/>
          </w:tcPr>
          <w:p>
            <w:r/>
            <w:r>
              <w:rPr>
                <w:b/>
                <w:color w:val="FFFFFF"/>
              </w:rPr>
              <w:t>Details</w:t>
            </w:r>
          </w:p>
        </w:tc>
        <w:tc>
          <w:tcPr>
            <w:tcW w:type="dxa" w:w="2160"/>
            <w:shd w:val="clear" w:color="auto" w:fill="5B4EE8"/>
          </w:tcPr>
          <w:p>
            <w:r/>
            <w:r>
              <w:rPr>
                <w:b/>
                <w:color w:val="FFFFFF"/>
              </w:rPr>
              <w:t>Where it lives / who has access</w:t>
            </w:r>
          </w:p>
        </w:tc>
        <w:tc>
          <w:tcPr>
            <w:tcW w:type="dxa" w:w="1872"/>
            <w:shd w:val="clear" w:color="auto" w:fill="5B4EE8"/>
          </w:tcPr>
          <w:p>
            <w:r/>
            <w:r>
              <w:rPr>
                <w:b/>
                <w:color w:val="FFFFFF"/>
              </w:rPr>
              <w:t>Notes</w:t>
            </w:r>
          </w:p>
        </w:tc>
      </w:tr>
      <w:tr>
        <w:tc>
          <w:tcPr>
            <w:tcW w:type="dxa" w:w="3312"/>
          </w:tcPr>
          <w:p>
            <w:r/>
            <w:r>
              <w:rPr>
                <w:b/>
              </w:rPr>
              <w:t>Vendor and account contact</w:t>
            </w:r>
          </w:p>
        </w:tc>
        <w:tc>
          <w:tcPr>
            <w:tcW w:type="dxa" w:w="2736"/>
          </w:tcPr>
          <w:p>
            <w:r/>
            <w:r/>
          </w:p>
        </w:tc>
        <w:tc>
          <w:tcPr>
            <w:tcW w:type="dxa" w:w="2160"/>
          </w:tcPr>
          <w:p>
            <w:r/>
            <w:r/>
          </w:p>
        </w:tc>
        <w:tc>
          <w:tcPr>
            <w:tcW w:type="dxa" w:w="1872"/>
          </w:tcPr>
          <w:p>
            <w:r/>
            <w:r/>
          </w:p>
        </w:tc>
      </w:tr>
      <w:tr>
        <w:tc>
          <w:tcPr>
            <w:tcW w:type="dxa" w:w="3312"/>
          </w:tcPr>
          <w:p>
            <w:r/>
            <w:r>
              <w:rPr>
                <w:b/>
              </w:rPr>
              <w:t>Agreement: term, renewal, signed for next year?</w:t>
            </w:r>
          </w:p>
        </w:tc>
        <w:tc>
          <w:tcPr>
            <w:tcW w:type="dxa" w:w="2736"/>
          </w:tcPr>
          <w:p>
            <w:r/>
            <w:r/>
          </w:p>
        </w:tc>
        <w:tc>
          <w:tcPr>
            <w:tcW w:type="dxa" w:w="2160"/>
          </w:tcPr>
          <w:p>
            <w:r/>
            <w:r/>
          </w:p>
        </w:tc>
        <w:tc>
          <w:tcPr>
            <w:tcW w:type="dxa" w:w="1872"/>
          </w:tcPr>
          <w:p>
            <w:r/>
            <w:r/>
          </w:p>
        </w:tc>
      </w:tr>
      <w:tr>
        <w:tc>
          <w:tcPr>
            <w:tcW w:type="dxa" w:w="3312"/>
          </w:tcPr>
          <w:p>
            <w:r/>
            <w:r>
              <w:rPr>
                <w:b/>
              </w:rPr>
              <w:t>Price per book / family price / early-bird / margin</w:t>
            </w:r>
          </w:p>
        </w:tc>
        <w:tc>
          <w:tcPr>
            <w:tcW w:type="dxa" w:w="2736"/>
          </w:tcPr>
          <w:p>
            <w:r/>
            <w:r/>
          </w:p>
        </w:tc>
        <w:tc>
          <w:tcPr>
            <w:tcW w:type="dxa" w:w="2160"/>
          </w:tcPr>
          <w:p>
            <w:r/>
            <w:r/>
          </w:p>
        </w:tc>
        <w:tc>
          <w:tcPr>
            <w:tcW w:type="dxa" w:w="1872"/>
          </w:tcPr>
          <w:p>
            <w:r/>
            <w:r/>
          </w:p>
        </w:tc>
      </w:tr>
      <w:tr>
        <w:tc>
          <w:tcPr>
            <w:tcW w:type="dxa" w:w="3312"/>
          </w:tcPr>
          <w:p>
            <w:r/>
            <w:r>
              <w:rPr>
                <w:b/>
              </w:rPr>
              <w:t>Books sold last year (and upgrades)</w:t>
            </w:r>
          </w:p>
        </w:tc>
        <w:tc>
          <w:tcPr>
            <w:tcW w:type="dxa" w:w="2736"/>
          </w:tcPr>
          <w:p>
            <w:r/>
            <w:r/>
          </w:p>
        </w:tc>
        <w:tc>
          <w:tcPr>
            <w:tcW w:type="dxa" w:w="2160"/>
          </w:tcPr>
          <w:p>
            <w:r/>
            <w:r/>
          </w:p>
        </w:tc>
        <w:tc>
          <w:tcPr>
            <w:tcW w:type="dxa" w:w="1872"/>
          </w:tcPr>
          <w:p>
            <w:r/>
            <w:r/>
          </w:p>
        </w:tc>
      </w:tr>
      <w:tr>
        <w:tc>
          <w:tcPr>
            <w:tcW w:type="dxa" w:w="3312"/>
          </w:tcPr>
          <w:p>
            <w:r/>
            <w:r>
              <w:rPr>
                <w:b/>
              </w:rPr>
              <w:t>Page count, cover, extra copies</w:t>
            </w:r>
          </w:p>
        </w:tc>
        <w:tc>
          <w:tcPr>
            <w:tcW w:type="dxa" w:w="2736"/>
          </w:tcPr>
          <w:p>
            <w:r/>
            <w:r/>
          </w:p>
        </w:tc>
        <w:tc>
          <w:tcPr>
            <w:tcW w:type="dxa" w:w="2160"/>
          </w:tcPr>
          <w:p>
            <w:r/>
            <w:r/>
          </w:p>
        </w:tc>
        <w:tc>
          <w:tcPr>
            <w:tcW w:type="dxa" w:w="1872"/>
          </w:tcPr>
          <w:p>
            <w:r/>
            <w:r/>
          </w:p>
        </w:tc>
      </w:tr>
      <w:tr>
        <w:tc>
          <w:tcPr>
            <w:tcW w:type="dxa" w:w="3312"/>
          </w:tcPr>
          <w:p>
            <w:r/>
            <w:r>
              <w:rPr>
                <w:b/>
              </w:rPr>
              <w:t>Money raised and date received</w:t>
            </w:r>
          </w:p>
        </w:tc>
        <w:tc>
          <w:tcPr>
            <w:tcW w:type="dxa" w:w="2736"/>
          </w:tcPr>
          <w:p>
            <w:r/>
            <w:r/>
          </w:p>
        </w:tc>
        <w:tc>
          <w:tcPr>
            <w:tcW w:type="dxa" w:w="2160"/>
          </w:tcPr>
          <w:p>
            <w:r/>
            <w:r/>
          </w:p>
        </w:tc>
        <w:tc>
          <w:tcPr>
            <w:tcW w:type="dxa" w:w="1872"/>
          </w:tcPr>
          <w:p>
            <w:r/>
            <w:r/>
          </w:p>
        </w:tc>
      </w:tr>
      <w:tr>
        <w:tc>
          <w:tcPr>
            <w:tcW w:type="dxa" w:w="3312"/>
          </w:tcPr>
          <w:p>
            <w:r/>
            <w:r>
              <w:rPr>
                <w:b/>
              </w:rPr>
              <w:t>Photo folders (links)</w:t>
            </w:r>
          </w:p>
        </w:tc>
        <w:tc>
          <w:tcPr>
            <w:tcW w:type="dxa" w:w="2736"/>
          </w:tcPr>
          <w:p>
            <w:r/>
            <w:r/>
          </w:p>
        </w:tc>
        <w:tc>
          <w:tcPr>
            <w:tcW w:type="dxa" w:w="2160"/>
          </w:tcPr>
          <w:p>
            <w:r/>
            <w:r>
              <w:t>Owner: / Access:</w:t>
            </w:r>
          </w:p>
        </w:tc>
        <w:tc>
          <w:tcPr>
            <w:tcW w:type="dxa" w:w="1872"/>
          </w:tcPr>
          <w:p>
            <w:r/>
            <w:r/>
          </w:p>
        </w:tc>
      </w:tr>
      <w:tr>
        <w:tc>
          <w:tcPr>
            <w:tcW w:type="dxa" w:w="3312"/>
          </w:tcPr>
          <w:p>
            <w:r/>
            <w:r>
              <w:rPr>
                <w:b/>
              </w:rPr>
              <w:t>Design files and ordering link</w:t>
            </w:r>
          </w:p>
        </w:tc>
        <w:tc>
          <w:tcPr>
            <w:tcW w:type="dxa" w:w="2736"/>
          </w:tcPr>
          <w:p>
            <w:r/>
            <w:r/>
          </w:p>
        </w:tc>
        <w:tc>
          <w:tcPr>
            <w:tcW w:type="dxa" w:w="2160"/>
          </w:tcPr>
          <w:p>
            <w:r/>
            <w:r/>
          </w:p>
        </w:tc>
        <w:tc>
          <w:tcPr>
            <w:tcW w:type="dxa" w:w="1872"/>
          </w:tcPr>
          <w:p>
            <w:r/>
            <w:r/>
          </w:p>
        </w:tc>
      </w:tr>
      <w:tr>
        <w:tc>
          <w:tcPr>
            <w:tcW w:type="dxa" w:w="3312"/>
          </w:tcPr>
          <w:p>
            <w:r/>
            <w:r>
              <w:rPr>
                <w:b/>
              </w:rPr>
              <w:t>Last year’s book (PDF)</w:t>
            </w:r>
          </w:p>
        </w:tc>
        <w:tc>
          <w:tcPr>
            <w:tcW w:type="dxa" w:w="2736"/>
          </w:tcPr>
          <w:p>
            <w:r/>
            <w:r/>
          </w:p>
        </w:tc>
        <w:tc>
          <w:tcPr>
            <w:tcW w:type="dxa" w:w="2160"/>
          </w:tcPr>
          <w:p>
            <w:r/>
            <w:r/>
          </w:p>
        </w:tc>
        <w:tc>
          <w:tcPr>
            <w:tcW w:type="dxa" w:w="1872"/>
          </w:tcPr>
          <w:p>
            <w:r/>
            <w:r/>
          </w:p>
        </w:tc>
      </w:tr>
      <w:tr>
        <w:tc>
          <w:tcPr>
            <w:tcW w:type="dxa" w:w="3312"/>
          </w:tcPr>
          <w:p>
            <w:r/>
            <w:r>
              <w:rPr>
                <w:b/>
              </w:rPr>
              <w:t>Ladder</w:t>
            </w:r>
          </w:p>
        </w:tc>
        <w:tc>
          <w:tcPr>
            <w:tcW w:type="dxa" w:w="2736"/>
          </w:tcPr>
          <w:p>
            <w:r/>
            <w:r/>
          </w:p>
        </w:tc>
        <w:tc>
          <w:tcPr>
            <w:tcW w:type="dxa" w:w="2160"/>
          </w:tcPr>
          <w:p>
            <w:r/>
            <w:r/>
          </w:p>
        </w:tc>
        <w:tc>
          <w:tcPr>
            <w:tcW w:type="dxa" w:w="1872"/>
          </w:tcPr>
          <w:p>
            <w:r/>
            <w:r/>
          </w:p>
        </w:tc>
      </w:tr>
      <w:tr>
        <w:tc>
          <w:tcPr>
            <w:tcW w:type="dxa" w:w="3312"/>
          </w:tcPr>
          <w:p>
            <w:r/>
            <w:r>
              <w:rPr>
                <w:b/>
              </w:rPr>
              <w:t>Cover art contest files</w:t>
            </w:r>
          </w:p>
        </w:tc>
        <w:tc>
          <w:tcPr>
            <w:tcW w:type="dxa" w:w="2736"/>
          </w:tcPr>
          <w:p>
            <w:r/>
            <w:r/>
          </w:p>
        </w:tc>
        <w:tc>
          <w:tcPr>
            <w:tcW w:type="dxa" w:w="2160"/>
          </w:tcPr>
          <w:p>
            <w:r/>
            <w:r/>
          </w:p>
        </w:tc>
        <w:tc>
          <w:tcPr>
            <w:tcW w:type="dxa" w:w="1872"/>
          </w:tcPr>
          <w:p>
            <w:r/>
            <w:r/>
          </w:p>
        </w:tc>
      </w:tr>
      <w:tr>
        <w:tc>
          <w:tcPr>
            <w:tcW w:type="dxa" w:w="3312"/>
          </w:tcPr>
          <w:p>
            <w:r/>
            <w:r>
              <w:rPr>
                <w:b/>
              </w:rPr>
              <w:t>Quotes, teacher messages, ads and dedications</w:t>
            </w:r>
          </w:p>
        </w:tc>
        <w:tc>
          <w:tcPr>
            <w:tcW w:type="dxa" w:w="2736"/>
          </w:tcPr>
          <w:p>
            <w:r/>
            <w:r/>
          </w:p>
        </w:tc>
        <w:tc>
          <w:tcPr>
            <w:tcW w:type="dxa" w:w="2160"/>
          </w:tcPr>
          <w:p>
            <w:r/>
            <w:r/>
          </w:p>
        </w:tc>
        <w:tc>
          <w:tcPr>
            <w:tcW w:type="dxa" w:w="1872"/>
          </w:tcPr>
          <w:p>
            <w:r/>
            <w:r/>
          </w:p>
        </w:tc>
      </w:tr>
      <w:tr>
        <w:tc>
          <w:tcPr>
            <w:tcW w:type="dxa" w:w="3312"/>
          </w:tcPr>
          <w:p>
            <w:r/>
            <w:r>
              <w:rPr>
                <w:b/>
              </w:rPr>
              <w:t>Portrait files and photographer contact</w:t>
            </w:r>
          </w:p>
        </w:tc>
        <w:tc>
          <w:tcPr>
            <w:tcW w:type="dxa" w:w="2736"/>
          </w:tcPr>
          <w:p>
            <w:r/>
            <w:r/>
          </w:p>
        </w:tc>
        <w:tc>
          <w:tcPr>
            <w:tcW w:type="dxa" w:w="2160"/>
          </w:tcPr>
          <w:p>
            <w:r/>
            <w:r/>
          </w:p>
        </w:tc>
        <w:tc>
          <w:tcPr>
            <w:tcW w:type="dxa" w:w="1872"/>
          </w:tcPr>
          <w:p>
            <w:r/>
            <w:r/>
          </w:p>
        </w:tc>
      </w:tr>
      <w:tr>
        <w:tc>
          <w:tcPr>
            <w:tcW w:type="dxa" w:w="3312"/>
          </w:tcPr>
          <w:p>
            <w:r/>
            <w:r>
              <w:rPr>
                <w:b/>
              </w:rPr>
              <w:t>Principal and office contact</w:t>
            </w:r>
          </w:p>
        </w:tc>
        <w:tc>
          <w:tcPr>
            <w:tcW w:type="dxa" w:w="2736"/>
          </w:tcPr>
          <w:p>
            <w:r/>
            <w:r/>
          </w:p>
        </w:tc>
        <w:tc>
          <w:tcPr>
            <w:tcW w:type="dxa" w:w="2160"/>
          </w:tcPr>
          <w:p>
            <w:r/>
            <w:r/>
          </w:p>
        </w:tc>
        <w:tc>
          <w:tcPr>
            <w:tcW w:type="dxa" w:w="1872"/>
          </w:tcPr>
          <w:p>
            <w:r/>
            <w:r/>
          </w:p>
        </w:tc>
      </w:tr>
      <w:tr>
        <w:tc>
          <w:tcPr>
            <w:tcW w:type="dxa" w:w="3312"/>
          </w:tcPr>
          <w:p>
            <w:r/>
            <w:r>
              <w:rPr>
                <w:b/>
              </w:rPr>
              <w:t>Reliable photo teachers and room parents</w:t>
            </w:r>
          </w:p>
        </w:tc>
        <w:tc>
          <w:tcPr>
            <w:tcW w:type="dxa" w:w="2736"/>
          </w:tcPr>
          <w:p>
            <w:r/>
            <w:r/>
          </w:p>
        </w:tc>
        <w:tc>
          <w:tcPr>
            <w:tcW w:type="dxa" w:w="2160"/>
          </w:tcPr>
          <w:p>
            <w:r/>
            <w:r/>
          </w:p>
        </w:tc>
        <w:tc>
          <w:tcPr>
            <w:tcW w:type="dxa" w:w="1872"/>
          </w:tcPr>
          <w:p>
            <w:r/>
            <w:r/>
          </w:p>
        </w:tc>
      </w:tr>
      <w:tr>
        <w:tc>
          <w:tcPr>
            <w:tcW w:type="dxa" w:w="3312"/>
          </w:tcPr>
          <w:p>
            <w:r/>
            <w:r>
              <w:rPr>
                <w:b/>
              </w:rPr>
              <w:t>Volunteers and their jobs</w:t>
            </w:r>
          </w:p>
        </w:tc>
        <w:tc>
          <w:tcPr>
            <w:tcW w:type="dxa" w:w="2736"/>
          </w:tcPr>
          <w:p>
            <w:r/>
            <w:r/>
          </w:p>
        </w:tc>
        <w:tc>
          <w:tcPr>
            <w:tcW w:type="dxa" w:w="2160"/>
          </w:tcPr>
          <w:p>
            <w:r/>
            <w:r/>
          </w:p>
        </w:tc>
        <w:tc>
          <w:tcPr>
            <w:tcW w:type="dxa" w:w="1872"/>
          </w:tcPr>
          <w:p>
            <w:r/>
            <w:r/>
          </w:p>
        </w:tc>
      </w:tr>
      <w:tr>
        <w:tc>
          <w:tcPr>
            <w:tcW w:type="dxa" w:w="3312"/>
          </w:tcPr>
          <w:p>
            <w:r/>
            <w:r>
              <w:rPr>
                <w:b/>
              </w:rPr>
              <w:t>Last day of school</w:t>
            </w:r>
          </w:p>
        </w:tc>
        <w:tc>
          <w:tcPr>
            <w:tcW w:type="dxa" w:w="2736"/>
          </w:tcPr>
          <w:p>
            <w:r/>
            <w:r/>
          </w:p>
        </w:tc>
        <w:tc>
          <w:tcPr>
            <w:tcW w:type="dxa" w:w="2160"/>
          </w:tcPr>
          <w:p>
            <w:r/>
            <w:r/>
          </w:p>
        </w:tc>
        <w:tc>
          <w:tcPr>
            <w:tcW w:type="dxa" w:w="1872"/>
          </w:tcPr>
          <w:p>
            <w:r/>
            <w:r/>
          </w:p>
        </w:tc>
      </w:tr>
      <w:tr>
        <w:tc>
          <w:tcPr>
            <w:tcW w:type="dxa" w:w="3312"/>
          </w:tcPr>
          <w:p>
            <w:r/>
            <w:r>
              <w:rPr>
                <w:b/>
              </w:rPr>
              <w:t>Key dates last year (ordering, photo seal date, book seal date, delivery)</w:t>
            </w:r>
          </w:p>
        </w:tc>
        <w:tc>
          <w:tcPr>
            <w:tcW w:type="dxa" w:w="2736"/>
          </w:tcPr>
          <w:p>
            <w:r/>
            <w:r/>
          </w:p>
        </w:tc>
        <w:tc>
          <w:tcPr>
            <w:tcW w:type="dxa" w:w="2160"/>
          </w:tcPr>
          <w:p>
            <w:r/>
            <w:r/>
          </w:p>
        </w:tc>
        <w:tc>
          <w:tcPr>
            <w:tcW w:type="dxa" w:w="1872"/>
          </w:tcPr>
          <w:p>
            <w:r/>
            <w:r/>
          </w:p>
        </w:tc>
      </w:tr>
      <w:tr>
        <w:tc>
          <w:tcPr>
            <w:tcW w:type="dxa" w:w="3312"/>
          </w:tcPr>
          <w:p>
            <w:r/>
            <w:r>
              <w:rPr>
                <w:b/>
              </w:rPr>
              <w:t>What went wrong</w:t>
            </w:r>
          </w:p>
        </w:tc>
        <w:tc>
          <w:tcPr>
            <w:tcW w:type="dxa" w:w="2736"/>
          </w:tcPr>
          <w:p>
            <w:r/>
            <w:r/>
          </w:p>
        </w:tc>
        <w:tc>
          <w:tcPr>
            <w:tcW w:type="dxa" w:w="2160"/>
          </w:tcPr>
          <w:p>
            <w:r/>
            <w:r/>
          </w:p>
        </w:tc>
        <w:tc>
          <w:tcPr>
            <w:tcW w:type="dxa" w:w="1872"/>
          </w:tcPr>
          <w:p>
            <w:r/>
            <w:r/>
          </w:p>
        </w:tc>
      </w:tr>
      <w:tr>
        <w:tc>
          <w:tcPr>
            <w:tcW w:type="dxa" w:w="3312"/>
          </w:tcPr>
          <w:p>
            <w:r/>
            <w:r>
              <w:rPr>
                <w:b/>
              </w:rPr>
              <w:t>What I would do differently</w:t>
            </w:r>
          </w:p>
        </w:tc>
        <w:tc>
          <w:tcPr>
            <w:tcW w:type="dxa" w:w="2736"/>
          </w:tcPr>
          <w:p>
            <w:r/>
            <w:r/>
          </w:p>
        </w:tc>
        <w:tc>
          <w:tcPr>
            <w:tcW w:type="dxa" w:w="2160"/>
          </w:tcPr>
          <w:p>
            <w:r/>
            <w:r/>
          </w:p>
        </w:tc>
        <w:tc>
          <w:tcPr>
            <w:tcW w:type="dxa" w:w="1872"/>
          </w:tcPr>
          <w:p>
            <w:r/>
            <w:r/>
          </w:p>
        </w:tc>
      </w:tr>
    </w:tbl>
    <w:sectPr w:rsidR="00FC693F" w:rsidRPr="0006063C" w:rsidSect="00034616">
      <w:footerReference w:type="default" r:id="rId9"/>
      <w:pgSz w:w="12240" w:h="15840"/>
      <w:pgMar w:top="1080" w:right="1080" w:bottom="108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>Rethink Yearbooks  |  rethinkyearbooks.com  |  Free to copy and share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Yearbook handover template</dc:title>
  <dc:subject/>
  <dc:creator>Rethink Yearbooks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