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Distribution-day checklist</w:t>
      </w:r>
    </w:p>
    <w:p>
      <w:r>
        <w:t>Books usually arrive a few weeks after you approve them. Leave your team time to sort and hand out before the last day of school.</w:t>
      </w:r>
    </w:p>
    <w:p>
      <w:r>
        <w:rPr>
          <w:b/>
          <w:color w:val="5B4EE8"/>
          <w:sz w:val="25"/>
        </w:rPr>
        <w:t>Before the books arrive</w:t>
      </w:r>
    </w:p>
    <w:p>
      <w:r>
        <w:t>[  ]  Confirm the shipping address and who will receive the boxes</w:t>
      </w:r>
    </w:p>
    <w:p>
      <w:r>
        <w:t>[  ]  Count the books you ordered, plus extras for staff and the office</w:t>
      </w:r>
    </w:p>
    <w:p>
      <w:r>
        <w:t>[  ]  Print the distribution list: each class, teacher and number of books</w:t>
      </w:r>
    </w:p>
    <w:p>
      <w:r>
        <w:t>[  ]  Pick the day, the room and the helpers; plan a small team</w:t>
      </w:r>
    </w:p>
    <w:p>
      <w:r>
        <w:t>[  ]  Tell families when and how books will be handed out</w:t>
      </w:r>
    </w:p>
    <w:p>
      <w:r>
        <w:rPr>
          <w:b/>
          <w:color w:val="5B4EE8"/>
          <w:sz w:val="25"/>
        </w:rPr>
        <w:t>When the boxes arrive</w:t>
      </w:r>
    </w:p>
    <w:p>
      <w:r>
        <w:t>[  ]  Count the boxes against the delivery paperwork and note any damage</w:t>
      </w:r>
    </w:p>
    <w:p>
      <w:r>
        <w:t>[  ]  Open one box per delivery and check the book for print problems</w:t>
      </w:r>
    </w:p>
    <w:p>
      <w:r>
        <w:t>[  ]  Sort books by class, using the distribution list</w:t>
      </w:r>
    </w:p>
    <w:p>
      <w:r>
        <w:t>[  ]  Fill a box for each class and attach its label (next page)</w:t>
      </w:r>
    </w:p>
    <w:p>
      <w:r>
        <w:t>[  ]  Keep extras and staff copies in a separate, labeled box</w:t>
      </w:r>
    </w:p>
    <w:p>
      <w:r>
        <w:rPr>
          <w:b/>
          <w:color w:val="5B4EE8"/>
          <w:sz w:val="25"/>
        </w:rPr>
        <w:t>Hand-out day</w:t>
      </w:r>
    </w:p>
    <w:p>
      <w:r>
        <w:t>[  ]  Give each teacher their class box and the class list</w:t>
      </w:r>
    </w:p>
    <w:p>
      <w:r>
        <w:t>[  ]  Tick each child off as their book goes home</w:t>
      </w:r>
    </w:p>
    <w:p>
      <w:r>
        <w:t>[  ]  Record anyone absent, and where their book is kept</w:t>
      </w:r>
    </w:p>
    <w:p>
      <w:r>
        <w:t>[  ]  Log missing or damaged books on the sheet below</w:t>
      </w:r>
    </w:p>
    <w:p>
      <w:r>
        <w:rPr>
          <w:b/>
          <w:color w:val="5B4EE8"/>
          <w:sz w:val="25"/>
        </w:rPr>
        <w:t>Afterwards</w:t>
      </w:r>
    </w:p>
    <w:p>
      <w:r>
        <w:t>[  ]  Count what is left, and write down where it is kept</w:t>
      </w:r>
    </w:p>
    <w:p>
      <w:r>
        <w:t>[  ]  Thank the volunteers and the office</w:t>
      </w:r>
    </w:p>
    <w:p>
      <w:r>
        <w:t>[  ]  Write one page of notes for next year’s coordinator</w:t>
      </w:r>
    </w:p>
    <w:p>
      <w:r>
        <w:t>[  ]  Put photo folder access, summer ordering and the June reminders on the calendar</w:t>
      </w:r>
    </w:p>
    <w:p>
      <w:r>
        <w:rPr>
          <w:b/>
          <w:color w:val="5B4EE8"/>
          <w:sz w:val="25"/>
        </w:rPr>
        <w:t>Missing or damaged book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736"/>
            <w:shd w:val="clear" w:color="auto" w:fill="5B4EE8"/>
          </w:tcPr>
          <w:p>
            <w:r/>
            <w:r>
              <w:rPr>
                <w:b/>
                <w:color w:val="FFFFFF"/>
              </w:rPr>
              <w:t>Child</w:t>
            </w:r>
          </w:p>
        </w:tc>
        <w:tc>
          <w:tcPr>
            <w:tcW w:type="dxa" w:w="1872"/>
            <w:shd w:val="clear" w:color="auto" w:fill="5B4EE8"/>
          </w:tcPr>
          <w:p>
            <w:r/>
            <w:r>
              <w:rPr>
                <w:b/>
                <w:color w:val="FFFFFF"/>
              </w:rPr>
              <w:t>Class</w:t>
            </w:r>
          </w:p>
        </w:tc>
        <w:tc>
          <w:tcPr>
            <w:tcW w:type="dxa" w:w="3456"/>
            <w:shd w:val="clear" w:color="auto" w:fill="5B4EE8"/>
          </w:tcPr>
          <w:p>
            <w:r/>
            <w:r>
              <w:rPr>
                <w:b/>
                <w:color w:val="FFFFFF"/>
              </w:rPr>
              <w:t>Problem</w:t>
            </w:r>
          </w:p>
        </w:tc>
        <w:tc>
          <w:tcPr>
            <w:tcW w:type="dxa" w:w="2016"/>
            <w:shd w:val="clear" w:color="auto" w:fill="5B4EE8"/>
          </w:tcPr>
          <w:p>
            <w:r/>
            <w:r>
              <w:rPr>
                <w:b/>
                <w:color w:val="FFFFFF"/>
              </w:rPr>
              <w:t>Fixed? (date)</w:t>
            </w:r>
          </w:p>
        </w:tc>
      </w:tr>
      <w:tr>
        <w:tc>
          <w:tcPr>
            <w:tcW w:type="dxa" w:w="2736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3456"/>
          </w:tcPr>
          <w:p>
            <w:r/>
            <w:r/>
          </w:p>
        </w:tc>
        <w:tc>
          <w:tcPr>
            <w:tcW w:type="dxa" w:w="2016"/>
          </w:tcPr>
          <w:p>
            <w:r/>
            <w:r/>
          </w:p>
        </w:tc>
      </w:tr>
      <w:tr>
        <w:tc>
          <w:tcPr>
            <w:tcW w:type="dxa" w:w="2736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3456"/>
          </w:tcPr>
          <w:p>
            <w:r/>
            <w:r/>
          </w:p>
        </w:tc>
        <w:tc>
          <w:tcPr>
            <w:tcW w:type="dxa" w:w="2016"/>
          </w:tcPr>
          <w:p>
            <w:r/>
            <w:r/>
          </w:p>
        </w:tc>
      </w:tr>
      <w:tr>
        <w:tc>
          <w:tcPr>
            <w:tcW w:type="dxa" w:w="2736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3456"/>
          </w:tcPr>
          <w:p>
            <w:r/>
            <w:r/>
          </w:p>
        </w:tc>
        <w:tc>
          <w:tcPr>
            <w:tcW w:type="dxa" w:w="2016"/>
          </w:tcPr>
          <w:p>
            <w:r/>
            <w:r/>
          </w:p>
        </w:tc>
      </w:tr>
      <w:tr>
        <w:tc>
          <w:tcPr>
            <w:tcW w:type="dxa" w:w="2736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3456"/>
          </w:tcPr>
          <w:p>
            <w:r/>
            <w:r/>
          </w:p>
        </w:tc>
        <w:tc>
          <w:tcPr>
            <w:tcW w:type="dxa" w:w="2016"/>
          </w:tcPr>
          <w:p>
            <w:r/>
            <w:r/>
          </w:p>
        </w:tc>
      </w:tr>
      <w:tr>
        <w:tc>
          <w:tcPr>
            <w:tcW w:type="dxa" w:w="2736"/>
          </w:tcPr>
          <w:p>
            <w:r/>
            <w:r>
              <w:rPr>
                <w:b/>
              </w:rPr>
            </w:r>
          </w:p>
        </w:tc>
        <w:tc>
          <w:tcPr>
            <w:tcW w:type="dxa" w:w="1872"/>
          </w:tcPr>
          <w:p>
            <w:r/>
            <w:r/>
          </w:p>
        </w:tc>
        <w:tc>
          <w:tcPr>
            <w:tcW w:type="dxa" w:w="3456"/>
          </w:tcPr>
          <w:p>
            <w:r/>
            <w:r/>
          </w:p>
        </w:tc>
        <w:tc>
          <w:tcPr>
            <w:tcW w:type="dxa" w:w="2016"/>
          </w:tcPr>
          <w:p>
            <w:r/>
            <w:r/>
          </w:p>
        </w:tc>
      </w:tr>
    </w:tbl>
    <w:p>
      <w:r>
        <w:br w:type="page"/>
      </w:r>
    </w:p>
    <w:p>
      <w:r>
        <w:rPr>
          <w:b/>
          <w:sz w:val="44"/>
        </w:rPr>
        <w:t>Class box labels</w:t>
      </w:r>
    </w:p>
    <w:p>
      <w:r>
        <w:t>Print, cut along the lines and tape one to each class box.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rHeight w:val="2160"/>
        </w:trPr>
        <w:tc>
          <w:tcPr>
            <w:tcW w:type="dxa" w:w="5040"/>
          </w:tcPr>
          <w:p>
            <w:r>
              <w:t>Class / teacher: ________________________</w:t>
              <w:br/>
              <w:br/>
              <w:t>Room: ________   Books: ________</w:t>
              <w:br/>
              <w:br/>
              <w:t>Checked by: ________________</w:t>
            </w:r>
          </w:p>
        </w:tc>
        <w:tc>
          <w:tcPr>
            <w:tcW w:type="dxa" w:w="5040"/>
          </w:tcPr>
          <w:p>
            <w:r>
              <w:t>Class / teacher: ________________________</w:t>
              <w:br/>
              <w:br/>
              <w:t>Room: ________   Books: ________</w:t>
              <w:br/>
              <w:br/>
              <w:t>Checked by: ________________</w:t>
            </w:r>
          </w:p>
        </w:tc>
      </w:tr>
      <w:tr>
        <w:trPr>
          <w:trHeight w:val="2160"/>
        </w:trPr>
        <w:tc>
          <w:tcPr>
            <w:tcW w:type="dxa" w:w="5040"/>
          </w:tcPr>
          <w:p>
            <w:r>
              <w:t>Class / teacher: ________________________</w:t>
              <w:br/>
              <w:br/>
              <w:t>Room: ________   Books: ________</w:t>
              <w:br/>
              <w:br/>
              <w:t>Checked by: ________________</w:t>
            </w:r>
          </w:p>
        </w:tc>
        <w:tc>
          <w:tcPr>
            <w:tcW w:type="dxa" w:w="5040"/>
          </w:tcPr>
          <w:p>
            <w:r>
              <w:t>Class / teacher: ________________________</w:t>
              <w:br/>
              <w:br/>
              <w:t>Room: ________   Books: ________</w:t>
              <w:br/>
              <w:br/>
              <w:t>Checked by: ________________</w:t>
            </w:r>
          </w:p>
        </w:tc>
      </w:tr>
      <w:tr>
        <w:trPr>
          <w:trHeight w:val="2160"/>
        </w:trPr>
        <w:tc>
          <w:tcPr>
            <w:tcW w:type="dxa" w:w="5040"/>
          </w:tcPr>
          <w:p>
            <w:r>
              <w:t>Class / teacher: ________________________</w:t>
              <w:br/>
              <w:br/>
              <w:t>Room: ________   Books: ________</w:t>
              <w:br/>
              <w:br/>
              <w:t>Checked by: ________________</w:t>
            </w:r>
          </w:p>
        </w:tc>
        <w:tc>
          <w:tcPr>
            <w:tcW w:type="dxa" w:w="5040"/>
          </w:tcPr>
          <w:p>
            <w:r>
              <w:t>Class / teacher: ________________________</w:t>
              <w:br/>
              <w:br/>
              <w:t>Room: ________   Books: ________</w:t>
              <w:br/>
              <w:br/>
              <w:t>Checked by: ________________</w:t>
            </w:r>
          </w:p>
        </w:tc>
      </w:tr>
      <w:tr>
        <w:trPr>
          <w:trHeight w:val="2160"/>
        </w:trPr>
        <w:tc>
          <w:tcPr>
            <w:tcW w:type="dxa" w:w="5040"/>
          </w:tcPr>
          <w:p>
            <w:r>
              <w:t>Class / teacher: ________________________</w:t>
              <w:br/>
              <w:br/>
              <w:t>Room: ________   Books: ________</w:t>
              <w:br/>
              <w:br/>
              <w:t>Checked by: ________________</w:t>
            </w:r>
          </w:p>
        </w:tc>
        <w:tc>
          <w:tcPr>
            <w:tcW w:type="dxa" w:w="5040"/>
          </w:tcPr>
          <w:p>
            <w:r>
              <w:t>Class / teacher: ________________________</w:t>
              <w:br/>
              <w:br/>
              <w:t>Room: ________   Books: ________</w:t>
              <w:br/>
              <w:br/>
              <w:t>Checked by: ________________</w:t>
            </w:r>
          </w:p>
        </w:tc>
      </w:tr>
      <w:tr>
        <w:trPr>
          <w:trHeight w:val="2160"/>
        </w:trPr>
        <w:tc>
          <w:tcPr>
            <w:tcW w:type="dxa" w:w="5040"/>
          </w:tcPr>
          <w:p>
            <w:r>
              <w:t>Class / teacher: ________________________</w:t>
              <w:br/>
              <w:br/>
              <w:t>Room: ________   Books: ________</w:t>
              <w:br/>
              <w:br/>
              <w:t>Checked by: ________________</w:t>
            </w:r>
          </w:p>
        </w:tc>
        <w:tc>
          <w:tcPr>
            <w:tcW w:type="dxa" w:w="5040"/>
          </w:tcPr>
          <w:p>
            <w:r>
              <w:t>Class / teacher: ________________________</w:t>
              <w:br/>
              <w:br/>
              <w:t>Room: ________   Books: ________</w:t>
              <w:br/>
              <w:br/>
              <w:t>Checked by: 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Rethink Yearbooks  |  rethinkyearbooks.com  |  Free to copy and share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Distribution-day checklist and class box labels</dc:title>
  <dc:subject/>
  <dc:creator>Rethink Yearbooks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