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Yearbook ad and dedication order form</w:t>
      </w:r>
    </w:p>
    <w:p>
      <w:r>
        <w:t>Celebrate your child in the [School name] yearbook: a photo and a short message, printed in every copy. Return by [deadline] to [where]. Participation is optional, and every ad is reviewed before it goes in the book.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592"/>
            <w:shd w:val="clear" w:color="auto" w:fill="5B4EE8"/>
          </w:tcPr>
          <w:p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7488"/>
            <w:shd w:val="clear" w:color="auto" w:fill="5B4EE8"/>
          </w:tcPr>
          <w:p>
            <w:r/>
            <w:r>
              <w:rPr>
                <w:b/>
                <w:color w:val="FFFFFF"/>
              </w:rPr>
              <w:t>Your answer</w:t>
            </w:r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Student’s name</w:t>
            </w:r>
          </w:p>
        </w:tc>
        <w:tc>
          <w:tcPr>
            <w:tcW w:type="dxa" w:w="7488"/>
          </w:tcPr>
          <w:p>
            <w:r/>
            <w:r/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Grade and teacher</w:t>
            </w:r>
          </w:p>
        </w:tc>
        <w:tc>
          <w:tcPr>
            <w:tcW w:type="dxa" w:w="7488"/>
          </w:tcPr>
          <w:p>
            <w:r/>
            <w:r/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Ad size</w:t>
            </w:r>
          </w:p>
        </w:tc>
        <w:tc>
          <w:tcPr>
            <w:tcW w:type="dxa" w:w="7488"/>
          </w:tcPr>
          <w:p>
            <w:r/>
            <w:r>
              <w:t>[  ] Quarter page $____   [  ] Half page $____   [  ] Full page $____</w:t>
            </w:r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Message (a line or two)</w:t>
            </w:r>
          </w:p>
        </w:tc>
        <w:tc>
          <w:tcPr>
            <w:tcW w:type="dxa" w:w="7488"/>
          </w:tcPr>
          <w:p>
            <w:r/>
            <w:r>
              <w:br/>
              <w:br/>
            </w:r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Photo</w:t>
            </w:r>
          </w:p>
        </w:tc>
        <w:tc>
          <w:tcPr>
            <w:tcW w:type="dxa" w:w="7488"/>
          </w:tcPr>
          <w:p>
            <w:r/>
            <w:r>
              <w:t>[  ] One photo attached (original file)   [  ] Finished ad attached</w:t>
            </w:r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Submitted by (name)</w:t>
            </w:r>
          </w:p>
        </w:tc>
        <w:tc>
          <w:tcPr>
            <w:tcW w:type="dxa" w:w="7488"/>
          </w:tcPr>
          <w:p>
            <w:r/>
            <w:r/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Email or phone</w:t>
            </w:r>
          </w:p>
        </w:tc>
        <w:tc>
          <w:tcPr>
            <w:tcW w:type="dxa" w:w="7488"/>
          </w:tcPr>
          <w:p>
            <w:r/>
            <w:r/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Permission</w:t>
            </w:r>
          </w:p>
        </w:tc>
        <w:tc>
          <w:tcPr>
            <w:tcW w:type="dxa" w:w="7488"/>
          </w:tcPr>
          <w:p>
            <w:r/>
            <w:r>
              <w:t>[  ] I have permission to print this photo and text, and everyone pictured is fine with appearing in the book.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b/>
              </w:rPr>
              <w:t>Payment</w:t>
            </w:r>
          </w:p>
        </w:tc>
        <w:tc>
          <w:tcPr>
            <w:tcW w:type="dxa" w:w="7488"/>
          </w:tcPr>
          <w:p>
            <w:r/>
            <w:r>
              <w:t>Amount $______   Paid by: [  ] Online   [  ] Check payable to ______________</w:t>
            </w:r>
          </w:p>
        </w:tc>
      </w:tr>
    </w:tbl>
    <w:p>
      <w:r>
        <w:rPr>
          <w:b/>
          <w:color w:val="5B4EE8"/>
          <w:sz w:val="25"/>
        </w:rPr>
        <w:t>What makes a good ad</w:t>
      </w:r>
    </w:p>
    <w:p>
      <w:pPr>
        <w:pStyle w:val="ListBullet"/>
      </w:pPr>
      <w:r>
        <w:t>Use a sharp photo. Send the original from the phone or camera, not a screenshot or a photo of a photo.</w:t>
      </w:r>
    </w:p>
    <w:p>
      <w:pPr>
        <w:pStyle w:val="ListBullet"/>
      </w:pPr>
      <w:r>
        <w:t>Keep the message short: a line or two of pride, love or encouragement.</w:t>
      </w:r>
    </w:p>
    <w:p>
      <w:pPr>
        <w:pStyle w:val="ListBullet"/>
      </w:pPr>
      <w:r>
        <w:t>Only send what you have permission to print. Anyone in the photo should be fine with appearing in the book.</w:t>
      </w:r>
    </w:p>
    <w:p>
      <w:pPr>
        <w:pStyle w:val="ListBullet"/>
      </w:pPr>
      <w:r>
        <w:t>Keep it positive and school-appropriate. Every ad is reviewed before it goes in the book, and the team may lightly edit text for length or clarity.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Yearbook ad and dedication order form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